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700"/>
        <w:jc w:val="center"/>
      </w:pPr>
      <w:r>
        <w:rPr>
          <w:rFonts w:ascii="Tahoma" w:hAnsi="Tahoma" w:eastAsia="Tahoma"/>
          <w:b/>
          <w:color w:val="000000"/>
          <w:sz w:val="52"/>
        </w:rPr>
        <w:t>ใบงานการทดลองระบบบ้านและอาคารอัจฉริยะ</w:t>
      </w:r>
    </w:p>
    <w:p>
      <w:pPr>
        <w:jc w:val="center"/>
      </w:pPr>
      <w:r>
        <w:rPr>
          <w:rFonts w:ascii="Tahoma" w:hAnsi="Tahoma" w:eastAsia="Tahoma"/>
          <w:b/>
          <w:color w:val="000000"/>
          <w:sz w:val="32"/>
        </w:rPr>
        <w:t>จำนวน 16 ใบงาน ตามหัวข้อการทดลองข้อ 9 ของ TOR</w:t>
      </w:r>
    </w:p>
    <w:p>
      <w:pPr>
        <w:spacing w:before="400"/>
        <w:jc w:val="center"/>
      </w:pPr>
      <w:r>
        <w:rPr>
          <w:rFonts w:ascii="Tahoma" w:hAnsi="Tahoma" w:eastAsia="Tahoma"/>
          <w:b w:val="0"/>
          <w:color w:val="000000"/>
          <w:sz w:val="26"/>
        </w:rPr>
        <w:t>ชุดฝึกระบบบ้านและอาคารอัจฉริยะ จำนวน 1 ชุด</w:t>
      </w:r>
    </w:p>
    <w:p>
      <w:pPr>
        <w:jc w:val="center"/>
      </w:pPr>
      <w:r>
        <w:rPr>
          <w:rFonts w:ascii="Tahoma" w:hAnsi="Tahoma" w:eastAsia="Tahoma"/>
          <w:b/>
          <w:color w:val="000000"/>
          <w:sz w:val="26"/>
        </w:rPr>
        <w:t>สถาบันเทคโนโลยีจิตรลดา</w:t>
      </w:r>
    </w:p>
    <w:p>
      <w:pPr>
        <w:spacing w:before="1100"/>
        <w:jc w:val="center"/>
      </w:pPr>
      <w:r>
        <w:rPr>
          <w:rFonts w:ascii="Tahoma" w:hAnsi="Tahoma" w:eastAsia="Tahoma"/>
          <w:b w:val="0"/>
          <w:color w:val="666666"/>
          <w:sz w:val="22"/>
        </w:rPr>
        <w:t>ฉบับจัดทำจากอุปกรณ์ที่ติดตั้งจริงบน Smart Home Building LAB และ Network LAB</w:t>
      </w:r>
    </w:p>
    <w:p>
      <w:pPr>
        <w:jc w:val="center"/>
      </w:pPr>
      <w:r>
        <w:rPr>
          <w:rFonts w:ascii="Tahoma" w:hAnsi="Tahoma" w:eastAsia="Tahoma"/>
          <w:b w:val="0"/>
          <w:color w:val="666666"/>
          <w:sz w:val="20"/>
        </w:rPr>
        <w:t>รวม Downlight 3 ดวง และ Smart Wall Plug ซึ่งเป็นอุปกรณ์ประกอบการทดลองเพิ่มเติม</w:t>
      </w:r>
    </w:p>
    <w:p>
      <w:r>
        <w:br w:type="page"/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32"/>
        </w:rPr>
        <w:t>คำแนะนำการใช้ใบงาน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ผู้เรียนต้องตรวจสภาพสายไฟ สายสัญญาณ และความพร้อมของอุปกรณ์ก่อนเริ่มทุกครั้ง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งานที่เกี่ยวข้องกับไฟฟ้าแรงดัน 220 VAC ต้องอยู่ภายใต้การควบคุมของผู้สอนหรือผู้มีความรู้ด้านไฟฟ้า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ห้ามเปิดตู้ Consumer Unit หรือแก้ไขการเดินสายขณะมีไฟ และห้ามใช้แก๊สจริงทดสอบ Gas Detector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ให้ใช้ปุ่ม Self-test หรือวิธีทดสอบที่ผู้ผลิตกำหนดสำหรับอุปกรณ์แจ้งเตือน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ห้ามบันทึกรหัสผ่าน Token หรือข้อมูลลับลงในใบงาน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ก่อนจบการทดลองต้องคืนค่าอุปกรณ์ ปิดโหลด และสำรอง Configuration ตามคำสั่งผู้สอน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ข้อมูลผู้เรียนและชุดฝึก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ชื่อ-สกุล</w:t>
            </w:r>
          </w:p>
        </w:tc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รหัสนักศึกษา</w:t>
            </w:r>
          </w:p>
        </w:tc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กลุ่ม</w:t>
            </w:r>
          </w:p>
        </w:tc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</w:t>
            </w:r>
          </w:p>
        </w:tc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ผู้สอน</w:t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ภาพชุดฝึกที่ใช้จริง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7480" cy="359582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twork_board_actual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35958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7480" cy="359582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mart_home_board_actual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35958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center"/>
      </w:pPr>
      <w:r>
        <w:rPr>
          <w:rFonts w:ascii="Tahoma" w:hAnsi="Tahoma" w:eastAsia="Tahoma"/>
          <w:b w:val="0"/>
          <w:color w:val="666666"/>
          <w:sz w:val="18"/>
        </w:rPr>
        <w:t>Network LAB และ Smart Home Building LAB ที่ใช้ในการทดลอง</w:t>
      </w:r>
    </w:p>
    <w:p>
      <w:r>
        <w:br w:type="page"/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32"/>
        </w:rPr>
        <w:t>สารบัญใบงาน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8"/>
              </w:rPr>
              <w:t>ใบงาน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8"/>
              </w:rPr>
              <w:t>หัวข้อ TOR ข้อ 9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8"/>
              </w:rPr>
              <w:t>ผลตรวจ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1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การสร้างระบบสื่อสารสำหรับบ้านและอาคารอัจฉริยะทั้งแบบมีสายและไร้สาย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2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การสร้างระบบคอมพิวเตอร์ Server สำหรับระบบบ้านและอาคารอัจฉริยะ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3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การตั้งค่าการเชื่อมต่อระหว่างอุปกรณ์ประมวลผลและอุปกรณ์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4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การสร้างโปรแกรมเพื่อแสดงค่าปริมาณทางไฟฟ้าให้อุปกรณ์แสดงผล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5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การตั้งค่าการเชื่อมต่อระหว่างอุปกรณ์ประมวลผลและอุปกรณ์แสดงผล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6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การออกแบบ UI Dashboard ให้อุปกรณ์แสดงผล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7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การแสดงผลพารามิเตอร์ทางไฟฟ้าบนอุปกรณ์แสดงผล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8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การสร้างรูปแบบการคำนวณค่าปริมาณทางไฟฟ้าผ่านอุปกรณ์ประมวลผล Data Logger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9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การบันทึกประวัติการเปลี่ยนแปลงปริมาณทางไฟฟ้าตามเวลา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10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การสื่อสารเพื่อแสดงผลกับอุปกรณ์ภายนอกคอมพิวเตอร์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11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การสร้าง Web Server บนอุปกรณ์ประมวลผล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12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การสร้าง UI Dashboard เพื่อแสดงผลผ่าน Web Browser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13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การสร้างฐานข้อมูลเพื่อการสื่อสารผ่าน IoT Gateway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14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การส่งข้อมูลผ่าน Internet เพื่อแสดงผลภายนอกเครือข่าย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15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การแสดงผลข้อมูลบนแพลตฟอร์ม IoT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16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การประยุกต์ระบบบ้านและอาคารอัจฉริยะกับ EV P2P V2G และ Demand Response</w:t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8"/>
              </w:rPr>
              <w:t>□ ผ่าน  □ แก้ไข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1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การสร้างระบบสื่อสารสำหรับบ้านและอาคารอัจฉริยะทั้งแบบมีสายและไร้สาย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การสร้างระบบสื่อสารสำหรับบ้านและอาคารอัจฉริยะทั้งแบบมีสายและไร้สาย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ต่อระบบเครือข่ายตามผังของชุดฝึกได้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กำหนด IP Address และตรวจสอบการเชื่อมต่อ LAN, Wi-Fi และ Mesh 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เปรียบเทียบเส้นทางการเชื่อมต่อและระดับสัญญาณแต่ละจุดได้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TP-Link TL-MR100, TP-Link ES216G, TP-Link EAP235-Wall, TP-Link Deco M4R จำนวน 3 เครื่อง, Patch Panel LINK US-3124A, Patch Cord และคอมพิวเตอร์/Tablet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ปฏิบัติงานกับวงจรไฟฟ้าและอุปกรณ์เครือข่ายตามคำสั่งผู้สอน ห้ามแก้สายขณะจ่ายไฟ และต้องบันทึกค่าก่อนเปลี่ยน Configuration ทุกครั้ง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1.1 ตรวจสอบและต่อระบบมีสาย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บันทึก Serial/MAC ของ Router, Switch และ Access Point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ต่อ TL-MR100 เข้ากับ ES216G และต่อ EAP235-Wall ด้วยสาย LAN ตามผัง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ตรวจไฟสถานะ Link/Activity และบันทึกหมายเลขพอร์ตที่ใช้งาน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1.2 ตั้งค่าเครือข่าย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กำหนดชื่อ Wi-Fi และรหัสผ่านสำหรับห้องปฏิบัติการ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ตรวจสอบ DHCP, Default Gateway และ DNS ที่อุปกรณ์ลูกข่ายได้รับ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ทดสอบ ping ระหว่างคอมพิวเตอร์ Router และอุปกรณ์ปลายทาง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1.3 สร้าง Mesh Wi-Fi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ตั้ง Deco M4R ตัวที่ 1 เป็น Mesh หลักและเพิ่มตัวที่ 2–3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วางแต่ละตัวตามตำแหน่งบนบอร์ดและตรวจสถานะออนไลน์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เดินผ่านจุดบริการแต่ละจุดและบันทึก RSSI/คุณภาพสัญญาณ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จุดทดสอบ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SSID/การเชื่อมต่อ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IP Address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RSSI หรือ Link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Ping เฉลี่ย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ผล</w:t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อธิบายหน้าที่ของ Router, Switch, Access Point และ Mesh ที่ต่างกัน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หาก Deco ตัวหนึ่ง Offline ระบบส่วนใดจะยังทำงานได้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เหตุใดควรแยกชื่ออุปกรณ์และบันทึก MAC Address ก่อนส่งมอบ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อุปกรณ์ทุกตัวออนไลน์ รับ IP ได้ และสื่อสารข้ามระบบ LAN/Wi-Fi/Mesh ได้โดยไม่มี Packet loss ผิดปกติ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2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การสร้างระบบคอมพิวเตอร์ Server สำหรับระบบบ้านและอาคารอัจฉริยะ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การสร้างระบบคอมพิวเตอร์ server สำหรับระบบบ้านและอาคารอัจฉริยะ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ตรวจสอบทรัพยากรและเครือข่ายของ Server 2U 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ติดตั้งหรือยืนยันบริการที่จำเป็นของระบบได้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จัดทำข้อมูลประจำเครื่องสำหรับการส่งมอบได้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Server 2U, ตู้ Rack, ES216G, จอ/คอมพิวเตอร์สำหรับบริหารระบบ, ระบบปฏิบัติการ, Home Assistant และเครื่องมือสำรองข้อมูล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ปฏิบัติงานกับวงจรไฟฟ้าและอุปกรณ์เครือข่ายตามคำสั่งผู้สอน ห้ามแก้สายขณะจ่ายไฟ และต้องบันทึกค่าก่อนเปลี่ยน Configuration ทุกครั้ง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2.1 ตรวจสอบฮาร์ดแวร์และระบบปฏิบัติการ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บันทึก CPU, RAM, Storage, Network Interface และ Serial Number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ตรวจสถานะ Disk, อุณหภูมิ และพื้นที่คงเหลือ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ตั้งชื่อเครื่อง วันเวลา Time zone Asia/Bangkok และบัญชีผู้ดูแล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2.2 ตั้งค่าเครือข่าย Server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กำหนด Static IP หรือ DHCP Reservation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บันทึก IP, Subnet, Gateway และ DNS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ทดสอบ ping และเข้าถึงบริการจากคอมพิวเตอร์ใน LAN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2.3 สำรองและกู้คืน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สำรอง Configuration และฐานข้อมูลไปยังตำแหน่งที่กำหนด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ระบุวันที่ ชื่อไฟล์ และผู้ดำเนินการ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ทดสอบอ่านไฟล์สำรองหรือกู้คืนในสภาพแวดล้อมทดสอบ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รายการตรวจสอบ</w:t>
            </w:r>
          </w:p>
        </w:tc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ค่าที่ตรวจพบ</w:t>
            </w:r>
          </w:p>
        </w:tc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ค่าที่กำหนด</w:t>
            </w:r>
          </w:p>
        </w:tc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ผลผ่าน/ไม่ผ่าน</w:t>
            </w:r>
          </w:p>
        </w:tc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เพราะเหตุใด Server ควรใช้ Static IP หรือ DHCP Reservation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ข้อมูลใดต้องส่งมอบพร้อมบัญชีผู้ดูแล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เสนอรอบการสำรองข้อมูลที่เหมาะสม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Server ทำงานปกติ เข้าถึงผ่านเครือข่ายได้ มีข้อมูลประจำเครื่องและไฟล์สำรองที่ตรวจสอบได้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3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การตั้งค่าการเชื่อมต่อระหว่างอุปกรณ์ประมวลผลและอุปกรณ์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การตั้งค่าการเชื่อมต่อระหว่างอุปกรณ์ประมวลผลและอุปกรณ์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เพิ่มอุปกรณ์ Wi-Fi และ Zigbee เข้าระบบได้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ตรวจสอบ Entity/สถานะของอุปกรณ์ใน Home Assistant 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สั่งงานและรับค่าจากอุปกรณ์จริงบนบอร์ดได้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Server 2U, Home Assistant, Tuya Gateway, TL-MR100, ZTH08, ZG-2052, ZXZLD-01, ZG-103Z, ZD08, ZP09, Gas Detector, P45, S16, Smart Switch, Smart Wall Plug และ Smart Breaker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ปฏิบัติงานกับวงจรไฟฟ้าและอุปกรณ์เครือข่ายตามคำสั่งผู้สอน ห้ามแก้สายขณะจ่ายไฟ และต้องบันทึกค่าก่อนเปลี่ยน Configuration ทุกครั้ง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3.1 เตรียมระบบ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ตรวจสอบ Server, Router และ Gateway ออนไลน์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ตั้งชื่อห้องและมาตรฐานการตั้งชื่อ Entity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ตรวจสอบเวลาและเครือข่าย 2.4 GHz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3.2 เพิ่มอุปกรณ์ Zigbee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เข้า Pairing mode ทีละอุปกรณ์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เพิ่ม ZTH08, ZHPS/Human Detector, Light, Vibration, Door/Window, PIR และ Smart Switch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บันทึก Device ID, Entity ID และตำแหน่งติดตั้ง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3.3 เพิ่มอุปกรณ์ Wi-Fi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เพิ่ม Gas Detector, S16, Smart Wall Plug, P45 และ Smart Breaker ตามโปรโตคอลจริง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ทดสอบคำสั่ง เปิด/ปิด หรืออ่านค่า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ตรวจสอบสถานะเมื่อ Internet ถูกตัดชั่วคราว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อุปกรณ์/รุ่น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โปรโตคอล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Device/Entity ID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ห้อง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คำสั่งหรือค่าที่ทดสอบ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ผล</w:t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เปรียบเทียบขั้นตอน Pairing ของ Wi-Fi และ Zigbee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อุปกรณ์ใดทำงานผ่าน Gateway และอุปกรณ์ใดเชื่อม Router โดยตรง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เมื่อ Gateway Offline จะกระทบอุปกรณ์ใดบ้าง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อุปกรณ์ทุกตัวปรากฏในระบบด้วยชื่อถูกต้อง อ่านสถานะและสั่งงานได้ตามหน้าที่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4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การสร้างโปรแกรมเพื่อแสดงค่าปริมาณทางไฟฟ้าให้อุปกรณ์แสดงผล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การสร้างโปรแกรมเพื่อแสดงค่าปริมาณทางไฟฟ้าให้กับอุปกรณ์แสดงผล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อ่านค่าทางไฟฟ้าจาก Smart Breaker 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สร้างตัวแปรและโปรแกรมแสดงค่าได้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เปรียบเทียบค่าขณะเปิดโหลดต่างจำนวนได้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Smart Breaker KWS-302WF/TXCB2-VAP-32A, Downlight 3 ดวง, Smart Wall Plug, Server, Home Assistant Dashboard, Tablet หรือ Smart TV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โหลด Downlight และ Smart Wall Plug ใช้ไฟฟ้า 220 VAC ห้ามเปิดตู้หรือแก้สายขณะจ่ายไฟ ให้ผู้สอนตรวจวงจรก่อนเปิด Main breaker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4.1 ตรวจสอบ Entity พลังงาน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ระบุ Entity ของ Voltage, Current, Power, Energy และ Breaker status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กำหนดหน่วยและจำนวนทศนิยมที่เหมาะสม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ตรวจค่าศูนย์หรือค่าพื้นฐานก่อนเปิดโหลด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4.2 สร้างส่วนแสดงผล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สร้าง Card/Gauge สำหรับ Voltage, Current, Power และ Energy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กำหนดชื่อวงจรให้ตรงกับ Downlight 1–3 และ Smart Wall Plug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แสดง Timestamp ของข้อมูลล่าสุด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4.3 ทดลองโหลด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เปิด Downlight ทีละดวงและบันทึกค่าทุกครั้ง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เปิด Smart Wall Plug พร้อมโหลดที่ผู้สอนอนุมัติ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เปรียบเทียบผลรวมกับค่าก่อนเปิดโหลด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สภาวะโหลด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แรงดัน V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กระแส A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กำลัง W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พลังงาน kWh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เวลาอ่านค่า</w:t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กำลังไฟเพิ่มขึ้นสัมพันธ์กับจำนวน Downlight อย่างไร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เหตุใดค่า Power และ Energy จึงมีหน่วยและความหมายต่างกัน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หากค่าเป็นศูนย์ทั้งที่โหลดเปิด ควรตรวจจุดใดก่อน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Dashboard แสดงค่าพร้อมหน่วยถูกต้อง และค่ากำลังเปลี่ยนตามสภาวะโหลดจริง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5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การตั้งค่าการเชื่อมต่อระหว่างอุปกรณ์ประมวลผลและอุปกรณ์แสดงผล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การตั้งค่าการเชื่อมต่อระหว่างอุปกรณ์ประมวลผลและอุปกรณ์แสดงผล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เชื่อม Tablet, Smart TV และคอมพิวเตอร์เข้ากับ Server 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เปิด Dashboard จากอุปกรณ์แสดงผลหลายชนิดได้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กำหนดสิทธิ์และทดสอบ Session 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Server 2U, Samsung Smart TV, Xiaomi Pad 8, คอมพิวเตอร์, Router/Mesh และ Home Assistant Dashboard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ปฏิบัติงานกับวงจรไฟฟ้าและอุปกรณ์เครือข่ายตามคำสั่งผู้สอน ห้ามแก้สายขณะจ่ายไฟ และต้องบันทึกค่าก่อนเปลี่ยน Configuration ทุกครั้ง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5.1 เชื่อมต่ออุปกรณ์แสดงผล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เชื่อม Smart TV และ Tablet เข้ากับ SSID ที่กำหนด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บันทึก IP Address และ MAC Address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ทดสอบ ping หรือการมองเห็น Server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5.2 เปิด Dashboard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เปิด URL ภายในเครือข่ายบน Tablet และคอมพิวเตอร์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เปิดผ่าน Browser/Cast บน Smart TV ตามวิธีที่ติดตั้งจริง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เข้าสู่ระบบด้วยบัญชีผู้ใช้งานที่กำหนด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5.3 ทดสอบสิทธิ์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ทดสอบบัญชีผู้ดูแลและบัญชีผู้ใช้งาน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ตรวจว่าผู้ใช้เห็นเฉพาะ Dashboard ที่กำหนด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ออกจากระบบและตรวจการหมดอายุ Session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อุปกรณ์แสดงผล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IP Address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วิธีเปิด Dashboard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บัญชีที่ใช้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เวลาตอบสนอง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ผล</w:t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ควรใช้ URL ภายในหรือชื่อโดเมนในสถานการณ์ใด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เหตุใดไม่ควรใช้บัญชีผู้ดูแลร่วมกันทุกเครื่อง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เสนอวิธีจัดการเมื่อ Smart TV เปิดหน้า Dashboard ไม่ได้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อุปกรณ์แสดงผลทุกชนิดเปิด Dashboard ได้ตามสิทธิ์และแสดงข้อมูลล่าสุด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6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การออกแบบ UI Dashboard ให้อุปกรณ์แสดงผล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การออกแบบ UI Dashboard ให้อุปกรณ์แสดงผล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ออกแบบ UI ให้สอดคล้องกับบ้านจำลองและอุปกรณ์จริงได้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จัดลำดับข้อมูลสำคัญและสถานะเตือนได้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ทดสอบการใช้งานบนจอหลายขนาดได้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Home Assistant Dashboard, Samsung Smart TV, Xiaomi Pad 8, คอมพิวเตอร์ และรายการ Entity ของอุปกรณ์ทั้งหมด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ปฏิบัติงานกับวงจรไฟฟ้าและอุปกรณ์เครือข่ายตามคำสั่งผู้สอน ห้ามแก้สายขณะจ่ายไฟ และต้องบันทึกค่าก่อนเปลี่ยน Configuration ทุกครั้ง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6.1 ออกแบบโครงสร้าง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กำหนดหน้าภาพรวม Network, Environment, Security, Lighting และ Energy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จัดกลุ่มอุปกรณ์ตามห้องในภาพบ้านจำลอง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กำหนดสีสถานะ Normal, Active, Warning และ Offline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6.2 สร้าง Dashboard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สร้าง Card สำหรับเซนเซอร์ สวิตช์ กล้อง ม่าน ประตู และพลังงาน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เพิ่มปุ่ม Scene เช่น ออกจากบ้าน, กลับบ้าน และปิดโหลดทั้งหมด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แสดง Last updated และสถานะ Gateway/Internet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6.3 ทดสอบ UX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ทดสอบบน Tablet แนวนอนและแนวตั้ง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ทดสอบการอ่านระยะไกลบน Smart TV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ให้ผู้ทดลองอีกคนทำภารกิจโดยไม่บอกขั้นตอนและบันทึกปัญหา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หน้าจอ/ฟังก์ชัน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อุปกรณ์ที่แสดง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ขนาดจอทดสอบ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เวลาทำภารกิจ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ปัญหาที่พบ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แนวทางแก้</w:t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ข้อมูลใดควรอยู่หน้าแรกและเพราะเหตุใด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สีเตือนควรใช้กับสถานะใดบ้าง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เสนอการปรับ UI สำหรับผู้ใช้ที่ไม่เชี่ยวชาญเทคโนโลยี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Dashboard แสดงอุปกรณ์ครบ อ่านง่ายบน Tablet/TV และผู้ใช้สั่งงานหลักได้โดยไม่สับสน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7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การแสดงผลพารามิเตอร์ทางไฟฟ้าบนอุปกรณ์แสดงผล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การแสดงผลพารามิเตอร์ทางไฟฟ้าบนอุปกรณ์แสดงผล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แสดงค่าทางไฟฟ้าแบบปัจจุบันได้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กำหนดช่วงปกติและสถานะเตือนได้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ตรวจสอบความสอดคล้องของค่ากับโหลดจริงได้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Smart Breaker, Downlight 3 ดวง, Smart Wall Plug, Dashboard, Tablet และ Smart TV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โหลด Downlight และ Smart Wall Plug ใช้ไฟฟ้า 220 VAC ห้ามเปิดตู้หรือแก้สายขณะจ่ายไฟ ให้ผู้สอนตรวจวงจรก่อนเปิด Main breaker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7.1 จัดทำหน้าพารามิเตอร์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แสดง Voltage, Current, Active Power, Energy และ Breaker status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กำหนด Gauge range และหน่วย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เพิ่มเวลาอัปเดตล่าสุด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7.2 กำหนดสถานะ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กำหนดสีปกติ เฝ้าระวัง และเตือนตามค่าทดลองที่ผู้สอนกำหนด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สร้างข้อความเมื่อ Breaker Offline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เพิ่มปุ่มหยุดโหลดโดยคำนึงถึงความปลอดภัย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7.3 ตรวจสอบกับโหลด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เปิดโหลด 1, 2 และ 3 ดวงตามลำดับ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บันทึกค่าบน Tablet และ Smart TV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เปรียบเทียบความแตกต่างของค่าที่เวลาเดียวกัน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ลำดับทดลอง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โหลดที่เปิด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ค่าบน Tablet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ค่าบน Smart TV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ผลต่าง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สถานะสี</w:t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เหตุใดข้อมูลสองหน้าจออาจอัปเดตไม่พร้อมกัน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ควรตั้งช่วงเตือนจากข้อมูลใด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ค่าใดเหมาะสำหรับดูการใช้พลังงานสะสม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ทุกหน้าจอแสดงพารามิเตอร์ หน่วย และสถานะตรงกันภายในช่วงเวลาที่กำหนด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8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การสร้างรูปแบบการคำนวณค่าปริมาณทางไฟฟ้าผ่านอุปกรณ์ประมวลผล Data Logger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การสร้างรูปแบบการคำนวณค่าปริมาณทางไฟฟ้าผ่านอุปกรณ์ประมวลผล Data logger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กำหนดรอบบันทึกข้อมูลได้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คำนวณกำลังหรือพลังงานจากข้อมูลที่เก็บได้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ตรวจสอบความสมเหตุสมผลของผลคำนวณได้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Server 2U, Smart Breaker, Downlight 3 ดวง, Smart Wall Plug, ฐานข้อมูล/Recorder และ Spreadsheet หรือ Dashboard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โหลด Downlight และ Smart Wall Plug ใช้ไฟฟ้า 220 VAC ห้ามเปิดตู้หรือแก้สายขณะจ่ายไฟ ให้ผู้สอนตรวจวงจรก่อนเปิด Main breaker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8.1 กำหนด Data Logger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เลือก Entity Voltage, Current, Power, Energy และ State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กำหนด Sampling interval และ Retention period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ตรวจสอบ Time zone และ Timestamp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8.2 ทดลองเก็บข้อมูล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บันทึกช่วงไม่มีโหลด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เปิด Downlight 1–3 ตามตารางเวลา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เปิด Smart Wall Plug กับโหลดที่อนุมัติและบันทึกเหตุการณ์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8.3 คำนวณ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คำนวณกำลังโดยประมาณ P=V×I และเปรียบเทียบกับค่าที่อุปกรณ์รายงาน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คำนวณพลังงานจาก Power × Time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สรุปค่าเฉลี่ย สูงสุด ต่ำสุด และจำนวนข้อมูลสูญหาย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</w:trPr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ช่วงเวลา</w:t>
            </w:r>
          </w:p>
        </w:tc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โหลด</w:t>
            </w:r>
          </w:p>
        </w:tc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จำนวนตัวอย่าง</w:t>
            </w:r>
          </w:p>
        </w:tc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Power เฉลี่ย W</w:t>
            </w:r>
          </w:p>
        </w:tc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Energy คำนวณ Wh</w:t>
            </w:r>
          </w:p>
        </w:tc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Energy อุปกรณ์ Wh</w:t>
            </w:r>
          </w:p>
        </w:tc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ผลต่าง %</w:t>
            </w:r>
          </w:p>
        </w:tc>
      </w:tr>
      <w:tr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Sampling interval มีผลต่อความละเอียดอย่างไร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เหตุใด V×I อาจไม่เท่ากับ Active Power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เสนอวิธีจัดการข้อมูลขาดช่วง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บันทึกข้อมูลต่อเนื่อง คำนวณได้ถูกหน่วย และอธิบายผลต่างระหว่างค่าคำนวณกับค่าจริงได้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9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การบันทึกประวัติการเปลี่ยนแปลงปริมาณทางไฟฟ้าตามเวลา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การบันทึกประวัติการเปลี่ยนแปลงปริมาณทางไฟฟ้าตามเวลา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บันทึกและค้นคืนข้อมูลตามช่วงเวลาได้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สร้างกราฟแนวโน้มได้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เชื่อมเหตุการณ์เปิดปิดโหลดกับการเปลี่ยนแปลงพลังงานได้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Server 2U, Recorder/Database, Smart Breaker, Downlight, Smart Wall Plug และ Dashboard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โหลด Downlight และ Smart Wall Plug ใช้ไฟฟ้า 220 VAC ห้ามเปิดตู้หรือแก้สายขณะจ่ายไฟ ให้ผู้สอนตรวจวงจรก่อนเปิด Main breaker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9.1 สร้างแผนทดลอง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กำหนดช่วงเวลาเปิด/ปิด Downlight 1–3 และ Smart Wall Plug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บันทึกเหตุการณ์ที่คาดว่าจะเกิด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เริ่มบันทึกก่อนทดลองอย่างน้อย 2 นาที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9.2 บันทึกและตรวจสอบ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ดำเนินการตามตารางเวลา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ตรวจสอบ History/Logbook ว่ามี State change ครบ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ค้นข้อมูลย้อนหลังตามเวลาเริ่มและสิ้นสุด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9.3 วิเคราะห์กราฟ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สร้างกราฟ Power และ Energy ตามเวลา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ทำเครื่องหมายช่วงที่โหลดแต่ละตัวเปิด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ระบุ Peak และ Baseline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เวลา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เหตุการณ์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Power ก่อน W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Power หลัง W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Energy kWh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บันทึกใน Logbook</w:t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กราฟ Power และ Energy มีลักษณะแตกต่างกันอย่างไร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เหตุการณ์ใดทำให้เกิด Peak สูงสุด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ควรเก็บประวัตินานเท่าใดสำหรับการเรียนการสอน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ค้นคืนประวัติและระบุเหตุการณ์เปิดปิดโหลดจากกราฟได้ครบตามแผนทดลอง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10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การสื่อสารเพื่อแสดงผลกับอุปกรณ์ภายนอกคอมพิวเตอร์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การสื่อสารเพื่อการแสดงผลกับอุปกรณ์ภายนอก คอมพิวเตอร์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เข้าถึง Dashboard จากคอมพิวเตอร์ภายนอก Server 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ตรวจสอบเส้นทางและพอร์ตบริการได้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บันทึกผลการสื่อสารและวิเคราะห์เหตุขัดข้องได้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Server 2U, คอมพิวเตอร์ลูกข่าย, TL-MR100, ES216G, EAP235-Wall/Deco M4R และเครื่องมือ ping, tracert, browser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ปฏิบัติงานกับวงจรไฟฟ้าและอุปกรณ์เครือข่ายตามคำสั่งผู้สอน ห้ามแก้สายขณะจ่ายไฟ และต้องบันทึกค่าก่อนเปลี่ยน Configuration ทุกครั้ง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10.1 ตรวจสอบเครือข่าย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บันทึก IP ของ Server และคอมพิวเตอร์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ทดสอบ ping Default Gateway และ Server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ใช้ tracert/tracert equivalent ตรวจเส้นทาง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10.2 ทดสอบบริการ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เปิด Dashboard ผ่าน IP Address/Hostname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บันทึก Port, Protocol และเวลาโหลดหน้า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ทดสอบจาก LAN และ Wi-Fi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10.3 จำลองเหตุขัดข้อง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ตัด Wi-Fi ของลูกข่ายแล้วสังเกตผล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เปลี่ยนไปใช้จุด Mesh อื่น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บันทึกลำดับการตรวจแก้เมื่อเปิดหน้าไม่ได้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การทดสอบ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ต้นทาง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ปลายทาง/URL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เวลา ms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ผล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สาเหตุ/การแก้ไข</w:t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ping สำเร็จแต่เปิดเว็บไม่ได้อาจเกิดจากอะไร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DNS มีหน้าที่ใด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อธิบายลำดับ Troubleshooting จาก Physical ถึง Application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คอมพิวเตอร์เปิด Dashboard ผ่าน LAN/Wi-Fi ได้และอธิบายผลจากเครื่องมือเครือข่ายได้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11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การสร้าง Web Server บนอุปกรณ์ประมวลผล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การสร้าง Web Server บนอุปกรณ์ประมวลผล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ติดตั้งหรือกำหนดค่า Web Server 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เผยแพร่หน้าสถานะระบบได้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ตรวจสอบ Log และควบคุมการเข้าถึงได้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Server 2U, Web Server ที่ติดตั้งจริง, Browser, เครือข่าย LAB และไฟล์หน้าเว็บทดสอบ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ปฏิบัติงานกับวงจรไฟฟ้าและอุปกรณ์เครือข่ายตามคำสั่งผู้สอน ห้ามแก้สายขณะจ่ายไฟ และต้องบันทึกค่าก่อนเปลี่ยน Configuration ทุกครั้ง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11.1 เตรียม Web Server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ตรวจสอบบริการ Web Server และ Port ที่ใช้งาน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สร้างหน้าเว็บชื่อ Smart Home Building LAB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แสดงวันเวลา Server และสถานะบริการ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11.2 เชื่อมข้อมูล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เพิ่มลิงก์ไป Home Assistant Dashboard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แสดงสถานะออนไลน์ของ Gateway หรือค่าตัวอย่างจาก API ที่อนุญาต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หลีกเลี่ยงการฝังรหัสผ่านหรือ Token ในหน้าเว็บ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11.3 ตรวจสอบ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เปิดหน้าเว็บจากคอมพิวเตอร์และ Tablet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ตรวจ Access/Error log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หยุดและเริ่มบริการเพื่อยืนยันวิธีบริหารระบบ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URL/Port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ผลจาก PC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ผลจาก Tablet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Log ที่พบ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HTTP และ HTTPS ต่างกันอย่างไร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เหตุใดไม่ควรเปิด Port โดยไม่จำเป็น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Log ช่วยวิเคราะห์ปัญหาอย่างไร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Web Server ให้บริการหน้าเว็บจากอุปกรณ์ลูกข่ายได้และมีหลักฐาน Log การเข้าถึง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12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การสร้าง UI Dashboard เพื่อแสดงผลผ่าน Web Browser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การสร้าง UI Dashboard เพื่อแสดงผลผ่าน Web browser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สร้าง Dashboard ที่เปิดด้วย Web Browser 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แสดงข้อมูลสดและสั่งงานได้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ทดสอบความเข้ากันได้ของ Browser และขนาดจอได้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Home Assistant/Web Dashboard, Server 2U, Chrome/Edge หรือ Browser ที่ติดตั้งจริง, Tablet, Smart TV และอุปกรณ์ Smart Home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ปฏิบัติงานกับวงจรไฟฟ้าและอุปกรณ์เครือข่ายตามคำสั่งผู้สอน ห้ามแก้สายขณะจ่ายไฟ และต้องบันทึกค่าก่อนเปลี่ยน Configuration ทุกครั้ง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12.1 สร้างหน้า Browser Dashboard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สร้างหน้า Overview, Sensor, Lighting, Security และ Energy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เพิ่ม Navigation ที่กลับหน้าแรกได้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แสดงสถานะ Connected/Disconnected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12.2 ทดสอบข้อมูลและคำสั่ง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เปิด/ปิด Downlight และ Smart Wall Plug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อ่าน Temp/Humidity, Light และ Door/Window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เปิดภาพกล้อง P45 ตามสิทธิ์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12.3 ทดสอบ Browser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เปิดจาก Browser อย่างน้อย 2 ชนิดหรือ 2 อุปกรณ์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ตรวจการจัดวางที่ความละเอียดต่างกัน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บันทึกเวลาตอบสนองและข้อผิดพลาด Console/หน้าเว็บถ้ามี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หน้า Dashboard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Browser/อุปกรณ์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ข้อมูลสด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คำสั่งควบคุม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เวลาโหลด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ผล</w:t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Dashboard กับ Web Server ต่างกันอย่างไร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การออกแบบ Responsive ช่วยการใช้งานอย่างไร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ข้อมูลใดไม่ควรแสดงแก่ผู้ใช้ทั่วไป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Browser เปิดทุกหน้าหลักได้ ข้อมูลสดอัปเดต และคำสั่งควบคุมทำงานตรงอุปกรณ์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13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การสร้างฐานข้อมูลเพื่อการสื่อสารผ่าน IoT Gateway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การสร้างฐานข้อมูลเพื่อการสื่อสารผ่าน IoT Gateway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ออกแบบโครงสร้างข้อมูลอุปกรณ์และเซนเซอร์ได้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บันทึกข้อมูลจาก Gateway พร้อมเวลาได้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สืบค้นข้อมูลตามอุปกรณ์และช่วงเวลาได้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Tuya Gateway, Server 2U, Database/Recorder, ZTH08, Human Detector, Light, Vibration, Door/Window, PIR และอุปกรณ์ที่เชื่อมต่อ Gateway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ปฏิบัติงานกับวงจรไฟฟ้าและอุปกรณ์เครือข่ายตามคำสั่งผู้สอน ห้ามแก้สายขณะจ่ายไฟ และต้องบันทึกค่าก่อนเปลี่ยน Configuration ทุกครั้ง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13.1 ออกแบบข้อมูล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กำหนดฟิลด์ Device ID, Entity ID, Device type, Value, Unit, Timestamp และ Quality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กำหนด Primary key หรือวิธีป้องกันข้อมูลซ้ำ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จัดทำ Data dictionary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13.2 รับและบันทึกข้อมูล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ทำให้เซนเซอร์เปลี่ยนสถานะทีละตัว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ตรวจว่าข้อมูลผ่าน Gateway เข้าฐานข้อมูล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บันทึกจำนวน Record และเวลาหน่วง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13.3 สืบค้น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ค้นข้อมูล Temp/Humidity ตามช่วงเวลา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ค้นเหตุการณ์เปิดประตูและตรวจจับบุคคล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Export ผลเป็น CSV หรือรูปแบบที่ระบบรองรับ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อุปกรณ์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ฟิลด์/Entity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จำนวน Record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เวลาแรก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เวลาล่าสุด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ผลการสืบค้น</w:t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เหตุใด Timestamp และ Unit ต้องเก็บพร้อมค่า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ควรจัดการค่าซ้ำหรือข้อมูลผิดปกติอย่างไร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Gateway มีบทบาทต่อฐานข้อมูลอย่างไร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ฐานข้อมูลรับข้อมูลจากอุปกรณ์หลายชนิดและสืบค้น/ส่งออกตามเงื่อนไขได้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14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การส่งข้อมูลผ่าน Internet เพื่อแสดงผลภายนอกเครือข่าย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การส่งข้อมูลผ่าน Internet เพื่อการแสดงผลภายนอกเครือข่าย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อธิบายเส้นทางข้อมูลจาก LAB ไปยัง Cloud 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เข้าถึงบริการจากภายนอกอย่างปลอดภัยได้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ตรวจสอบ Domain, DNS, TLS และบัญชีบริการได้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TL-MR100, Hostinger cdtilab.com, DigitalOcean Droplet, Server 2U, คอมพิวเตอร์/โทรศัพท์บนเครือข่ายภายนอก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ห้ามบันทึกรหัสผ่าน Token หรือข้อมูลบัญชี Cloud ลงในใบงาน และห้ามเปิดบริการสู่ Internet นอกขอบเขตที่ผู้สอนอนุมัติ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14.1 ตรวจ Cloud และ Domain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ตรวจสถานะ DigitalOcean Droplet และ Public IP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ตรวจ DNS Record ของ cdtilab.com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ตรวจ HTTPS Certificate และวันหมดอายุ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14.2 ส่งข้อมูล/แสดงผล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ส่งข้อมูลตัวอย่างที่ไม่มีข้อมูลลับไปยัง Cloud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เปิด Dashboard หรือหน้าสถานะจากเครือข่ายภายนอกที่ผู้สอนกำหนด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บันทึกเวลา Response และสถานะ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14.3 ตรวจความปลอดภัยและความต่อเนื่อง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ยืนยันว่าไม่มีการเปิดเผย Password/Token ในใบงาน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ตรวจสิทธิ์บัญชีและเปลี่ยนออกจากระบบ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จำลอง Internet ขาดแล้วตรวจการบันทึกข้อมูลภายในและการ Sync หลังกลับมา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รายการทดสอบ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Domain/IP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Protocol/Port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เครือข่ายที่ใช้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เวลา Response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ผล</w:t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DNS และ TLS ช่วยระบบอย่างไร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เหตุใดไม่ควรเปิด Home Assistant โดย Port Forward โดยตรงโดยไม่มีมาตรการป้องกัน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เมื่อ Internet ขาด ระบบภายในควรทำงานส่วนใดต่อได้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เข้าถึงบริการภายนอกผ่านชื่อโดเมน/HTTPS ได้ตามสิทธิ์ และระบบภายในจัดการช่วง Internet ขาดได้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15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การแสดงผลข้อมูลบนแพลตฟอร์ม IoT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การแสดงผลข้อมูลบนแพลทฟอร์ม IoT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แสดงอุปกรณ์และข้อมูลบนแพลตฟอร์ม IoT ได้ครบ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สร้าง Scene และ Automation ที่ใช้อุปกรณ์หลายประเภทได้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ตรวจสอบผลจากบอร์ดจริงและ Dashboard 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Home Assistant, Tuya Smart/Smart Life, Gateway, Sensor ทุกตัว, Smart Switch Zigbee ต่อสายนิวตรอน, Downlight 3 ดวง, Smart Wall Plug, S16, P45, Door Lock, Curtain, Nest Mini และ Smart Breaker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โหลด Downlight และ Smart Wall Plug ใช้ไฟฟ้า 220 VAC ห้ามเปิดตู้หรือแก้สายขณะจ่ายไฟ ให้ผู้สอนตรวจวงจรก่อนเปิด Main breaker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15.1 ตรวจรายการอุปกรณ์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เทียบจำนวนอุปกรณ์จริงกับรายการในแพลตฟอร์ม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จัดห้องและตั้งชื่อให้ตรงป้ายบนบอร์ด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ระบุอุปกรณ์ Offline หรือ Duplicate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15.2 สร้าง Scene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สร้าง Scene เปิด Downlight 1–3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สร้าง Scene ปิดโหลด Smart Wall Plug และไฟทั้งหมด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สร้าง Scene แสดงผล/ประกาศสถานะผ่านอุปกรณ์ที่รองรับ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15.3 สร้าง Automation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Door/Window เปิด และแสงต่ำ ให้เปิด Downlight ที่กำหนด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Human Presence หรือ PIR ตรวจพบ ให้เปิดไฟ และปิดเมื่อครบเวลา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Temp/Humidity ถึงค่ากำหนด ให้ S16 ส่งคำสั่ง IR จำลองควบคุมแอร์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10. Gas/Vibration แจ้งเตือนโดยใช้ Self-test หรือวิธีปลอดภัยเท่านั้น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15.4 ตรวจระบบร่วม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11. เปิดดูภาพ P45 และสถานะ Door Lock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12. ทดสอบ Smart Curtain ตามขอบเขตติดตั้ง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13. บันทึกเหตุการณ์ใน Dashboard/Logbook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Scene/Automation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Trigger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Condition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Action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อุปกรณ์จริงที่ตอบสนอง</w:t>
            </w:r>
          </w:p>
        </w:tc>
        <w:tc>
          <w:tcPr>
            <w:tcW w:type="dxa" w:w="172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ผล</w:t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Scene และ Automation ต่างกันอย่างไร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เหตุใด Human Presence และ PIR ให้ผลต่างกัน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เสนอ Automation ที่ช่วยประหยัดพลังงานหนึ่งรูปแบบ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แพลตฟอร์มแสดงอุปกรณ์ครบ และ Scene/Automation อย่างน้อย 3 รูปแบบทำงานตรงเงื่อนไข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Tahoma" w:hAnsi="Tahoma" w:eastAsia="Tahoma"/>
          <w:b/>
          <w:color w:val="2F75B5"/>
          <w:sz w:val="26"/>
        </w:rPr>
        <w:t>ใบงานที่ 16</w:t>
      </w:r>
    </w:p>
    <w:p>
      <w:pPr>
        <w:spacing w:after="100"/>
      </w:pPr>
      <w:r>
        <w:rPr>
          <w:rFonts w:ascii="Tahoma" w:hAnsi="Tahoma" w:eastAsia="Tahoma"/>
          <w:b/>
          <w:color w:val="000000"/>
          <w:sz w:val="40"/>
        </w:rPr>
        <w:t>การประยุกต์ระบบบ้านและอาคารอัจฉริยะกับ EV P2P V2G และ Demand Response</w:t>
      </w:r>
    </w:p>
    <w:p>
      <w:pPr>
        <w:spacing w:after="160"/>
      </w:pPr>
      <w:r>
        <w:rPr>
          <w:rFonts w:ascii="Tahoma" w:hAnsi="Tahoma" w:eastAsia="Tahoma"/>
          <w:b/>
          <w:color w:val="666666"/>
          <w:sz w:val="18"/>
        </w:rPr>
        <w:t xml:space="preserve">อ้างอิง TOR ข้อ 9: </w:t>
      </w:r>
      <w:r>
        <w:rPr>
          <w:rFonts w:ascii="Tahoma" w:hAnsi="Tahoma" w:eastAsia="Tahoma"/>
          <w:b w:val="0"/>
          <w:color w:val="666666"/>
          <w:sz w:val="18"/>
        </w:rPr>
        <w:t>การประยุกต์การควบคุมระบบบ้านและอาคารอัจฉริยะสำหรับการชาร์จรถยนต์ไฟฟ้า EV การซื้อขายไฟฟ้า P2P V2G และ Demand Response DR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ชื่อ-สกุล: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รหัสนักศึกษา: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กลุ่ม: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วันที่: ____________________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ผู้ร่วมทดลอง: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ชุดฝึกหมายเลข: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เวลาเริ่ม: ____________________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เวลาสิ้นสุด: ____________________</w:t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1 วัตถุประสงค์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อธิบายแนวคิด EV, P2P, V2G และ Demand Response 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สร้างแบบจำลองโหลดและแหล่งพลังงานบน Dashboard ได้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สร้างกติกาลดหรือเลื่อนโหลดและประเมินผลได้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2 อุปกรณ์และซอฟต์แวร์ที่ใช้</w:t>
      </w:r>
    </w:p>
    <w:p>
      <w:r>
        <w:rPr>
          <w:rFonts w:ascii="Tahoma" w:hAnsi="Tahoma" w:eastAsia="Tahoma"/>
          <w:b w:val="0"/>
          <w:color w:val="000000"/>
          <w:sz w:val="20"/>
        </w:rPr>
        <w:t>Home Assistant Dashboard, Smart Breaker, Downlight 3 ดวง, Smart Wall Plug, Data Logger และตัวแปรจำลอง EV/PV/Grid/Tariff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3 ข้อควรระวังเฉพาะใบงาน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โหลด Downlight และ Smart Wall Plug ใช้ไฟฟ้า 220 VAC ห้ามเปิดตู้หรือแก้สายขณะจ่ายไฟ ให้ผู้สอนตรวจวงจรก่อนเปิด Main breaker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4 ขั้นตอนการทดลอง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16.1 สร้างตัวแปรจำลอง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1. กำหนด Smart Wall Plug เป็นโหลดชาร์จ EV จำลอง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2. กำหนด Downlight 1–3 เป็นโหลดอาคารที่แบ่ง Priority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3. สร้างตัวแปร Grid power, PV generation, EV SOC, Tariff และ DR event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16.2 จำลอง EV Charging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4. ตั้งให้ EV ชาร์จเมื่อ Tariff ต่ำหรือ PV เหลือ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5. หยุดชาร์จเมื่อกำลังรวมเกิน Demand limit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6. บันทึกเวลาเริ่ม สิ้นสุด พลังงาน และค่าใช้จ่ายจำลอง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16.3 จำลอง P2P และ V2G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7. กำหนดสถานการณ์ PV เหลือและส่งพลังงานให้เพื่อนบ้านแบบ P2P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8. กำหนด V2G จ่ายคืนเมื่อ DR event และ SOC สูงกว่าค่าปลอดภัย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9. แสดง Energy flow บน Dashboard โดยระบุชัดว่าเป็นข้อมูลจำลอง</w:t>
      </w:r>
    </w:p>
    <w:p>
      <w:pPr>
        <w:spacing w:before="100" w:after="40"/>
      </w:pPr>
      <w:r>
        <w:rPr>
          <w:rFonts w:ascii="Tahoma" w:hAnsi="Tahoma" w:eastAsia="Tahoma"/>
          <w:b/>
          <w:color w:val="17365D"/>
          <w:sz w:val="22"/>
        </w:rPr>
        <w:t>16.4 จำลอง Demand Response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10. สร้าง Trigger เหตุการณ์ DR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11. ลดโหลด Priority ต่ำและเลื่อนเวลา EV charging</w:t>
      </w:r>
    </w:p>
    <w:p>
      <w:pPr>
        <w:spacing w:after="40"/>
        <w:ind w:left="259"/>
      </w:pPr>
      <w:r>
        <w:rPr>
          <w:rFonts w:ascii="Tahoma" w:hAnsi="Tahoma" w:eastAsia="Tahoma"/>
          <w:b w:val="0"/>
          <w:color w:val="000000"/>
          <w:sz w:val="20"/>
        </w:rPr>
        <w:t>12. เปรียบเทียบ Peak ก่อนและหลังใช้กติกา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5 ตารางบันทึกผล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</w:trPr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สถานการณ์</w:t>
            </w:r>
          </w:p>
        </w:tc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Grid W</w:t>
            </w:r>
          </w:p>
        </w:tc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PV W</w:t>
            </w:r>
          </w:p>
        </w:tc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EV SOC %</w:t>
            </w:r>
          </w:p>
        </w:tc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โหลดที่ตัด/เลื่อน</w:t>
            </w:r>
          </w:p>
        </w:tc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Peak ก่อน W</w:t>
            </w:r>
          </w:p>
        </w:tc>
        <w:tc>
          <w:tcPr>
            <w:tcW w:type="dxa" w:w="1481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Peak หลัง W</w:t>
            </w:r>
          </w:p>
        </w:tc>
      </w:tr>
      <w:tr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14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6 หลักฐานประกอบผลการทดลอง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ภาพการต่อวงจร/การเชื่อมต่อ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ภาพหน้าจอ Configuration หรือ Dashboard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ไฟล์ Export/Log/กราฟ (ถ้ามี)</w:t>
      </w:r>
    </w:p>
    <w:p>
      <w:pPr>
        <w:pStyle w:val="ListBullet"/>
        <w:spacing w:after="40"/>
      </w:pPr>
      <w:r>
        <w:rPr>
          <w:rFonts w:ascii="Tahoma" w:hAnsi="Tahoma" w:eastAsia="Tahoma"/>
          <w:b w:val="0"/>
          <w:color w:val="000000"/>
          <w:sz w:val="20"/>
        </w:rPr>
        <w:t>□ ผู้สอนตรวจการทำงานกับอุปกรณ์จริง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7 คำถามวิเคราะห์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1. EV Charging, V2G และ P2P ต่างกันอย่างไร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2. Demand Response ลด Peak ได้อย่างไร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after="40"/>
      </w:pPr>
      <w:r>
        <w:rPr>
          <w:rFonts w:ascii="Tahoma" w:hAnsi="Tahoma" w:eastAsia="Tahoma"/>
          <w:b/>
          <w:color w:val="000000"/>
          <w:sz w:val="20"/>
        </w:rPr>
        <w:t>3. ระบุข้อจำกัดของการทดลองจำลองเมื่อไม่มี EV Charger และมิเตอร์สองทิศทางจริง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คำตอบ: __________________________________________________________________________________</w:t>
      </w:r>
    </w:p>
    <w:p>
      <w:pPr>
        <w:spacing w:after="60"/>
      </w:pPr>
      <w:r>
        <w:rPr>
          <w:rFonts w:ascii="Tahoma" w:hAnsi="Tahoma" w:eastAsia="Tahoma"/>
          <w:b w:val="0"/>
          <w:color w:val="000000"/>
          <w:sz w:val="18"/>
        </w:rPr>
        <w:t>_________________________________________________________________________________________</w:t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24"/>
        </w:rPr>
        <w:t>8 เกณฑ์ผ่านและการตรวจรับ</w:t>
      </w:r>
    </w:p>
    <w:p>
      <w:r>
        <w:rPr>
          <w:rFonts w:ascii="Tahoma" w:hAnsi="Tahoma" w:eastAsia="Tahoma"/>
          <w:b/>
          <w:color w:val="067647"/>
          <w:sz w:val="20"/>
        </w:rPr>
        <w:t xml:space="preserve">เกณฑ์ผ่าน: </w:t>
      </w:r>
      <w:r>
        <w:rPr>
          <w:rFonts w:ascii="Tahoma" w:hAnsi="Tahoma" w:eastAsia="Tahoma"/>
          <w:b w:val="0"/>
          <w:color w:val="000000"/>
          <w:sz w:val="20"/>
        </w:rPr>
        <w:t>ผู้เรียนสร้างสถานการณ์จำลอง แสดง Energy flow และสาธิตกติกา DR ที่ลด Peak ได้พร้อมอธิบายข้อจำกัด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รายการประเมิน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คะแนนเต็ม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คะแนนที่ได้</w:t>
            </w:r>
          </w:p>
        </w:tc>
        <w:tc>
          <w:tcPr>
            <w:tcW w:type="dxa" w:w="259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หมายเหตุ</w:t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เตรียมอุปกรณ์และความปลอดภัย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ดำเนินการตามขั้นตอน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ผลการทดลองและหลักฐาน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  <w:t>วิเคราะห์และตอบคำถาม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r>
              <w:rPr>
                <w:rFonts w:ascii="Tahoma" w:hAnsi="Tahoma" w:eastAsia="Tahoma"/>
                <w:b/>
                <w:color w:val="000000"/>
                <w:sz w:val="18"/>
              </w:rPr>
              <w:t>รวม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000000"/>
                <w:sz w:val="18"/>
              </w:rPr>
              <w:t>100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2F8"/>
          </w:tcPr>
          <w:p/>
        </w:tc>
      </w:tr>
    </w:tbl>
    <w:p>
      <w:pPr>
        <w:spacing w:before="160"/>
      </w:pPr>
      <w:r>
        <w:rPr>
          <w:rFonts w:ascii="Tahoma" w:hAnsi="Tahoma" w:eastAsia="Tahoma"/>
          <w:b/>
          <w:color w:val="000000"/>
          <w:sz w:val="20"/>
        </w:rPr>
        <w:t>ผลการตรวจ:  □ ผ่าน   □ ผ่านแบบมีเงื่อนไข   □ ให้แก้ไข/ทดลองใหม่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ผู้เรียนลงชื่อ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ผู้ตรวจ/ผู้สอนลงชื่อ</w:t>
            </w:r>
          </w:p>
        </w:tc>
        <w:tc>
          <w:tcPr>
            <w:tcW w:type="dxa" w:w="345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วันที่ตรวจ</w:t>
            </w:r>
          </w:p>
        </w:tc>
      </w:tr>
      <w:tr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160"/>
            </w:pPr>
            <w:r>
              <w:rPr>
                <w:rFonts w:ascii="Tahoma" w:hAnsi="Tahoma" w:eastAsia="Tahoma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before="200" w:after="100"/>
      </w:pPr>
      <w:r>
        <w:rPr>
          <w:rFonts w:ascii="Tahoma" w:hAnsi="Tahoma" w:eastAsia="Tahoma"/>
          <w:b/>
          <w:color w:val="000000"/>
          <w:sz w:val="32"/>
        </w:rPr>
        <w:t>สรุปผลการส่งมอบใบงาน 16 รายการ</w:t>
      </w:r>
    </w:p>
    <w:p>
      <w:r>
        <w:rPr>
          <w:rFonts w:ascii="Tahoma" w:hAnsi="Tahoma" w:eastAsia="Tahoma"/>
          <w:b w:val="0"/>
          <w:color w:val="000000"/>
          <w:sz w:val="20"/>
        </w:rPr>
        <w:t>ใช้หน้านี้ตรวจความครบถ้วนของใบงานตาม TOR ข้อ 9 ก่อนส่งมอบชุดฝึก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ใบงาน</w:t>
            </w:r>
          </w:p>
        </w:tc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หัวข้อ</w:t>
            </w:r>
          </w:p>
        </w:tc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ทำครบ</w:t>
            </w:r>
          </w:p>
        </w:tc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หลักฐานครบ</w:t>
            </w:r>
          </w:p>
        </w:tc>
        <w:tc>
          <w:tcPr>
            <w:tcW w:type="dxa" w:w="20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Tahoma" w:hAnsi="Tahoma" w:eastAsia="Tahoma"/>
                <w:b/>
                <w:color w:val="FFFFFF"/>
                <w:sz w:val="17"/>
              </w:rPr>
              <w:t>ผู้ตรวจ</w:t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1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การสร้างระบบสื่อสารสำหรับบ้านและอาคารอัจฉริยะทั้งแบบมีสายและไร้สาย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2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การสร้างระบบคอมพิวเตอร์ Server สำหรับระบบบ้านและอาคารอัจฉริยะ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3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การตั้งค่าการเชื่อมต่อระหว่างอุปกรณ์ประมวลผลและอุปกรณ์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4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การสร้างโปรแกรมเพื่อแสดงค่าปริมาณทางไฟฟ้าให้อุปกรณ์แสดงผล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5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การตั้งค่าการเชื่อมต่อระหว่างอุปกรณ์ประมวลผลและอุปกรณ์แสดงผล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6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การออกแบบ UI Dashboard ให้อุปกรณ์แสดงผล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7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การแสดงผลพารามิเตอร์ทางไฟฟ้าบนอุปกรณ์แสดงผล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8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การสร้างรูปแบบการคำนวณค่าปริมาณทางไฟฟ้าผ่านอุปกรณ์ประมวลผล Data Logger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9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การบันทึกประวัติการเปลี่ยนแปลงปริมาณทางไฟฟ้าตามเวลา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10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การสื่อสารเพื่อแสดงผลกับอุปกรณ์ภายนอกคอมพิวเตอร์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11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การสร้าง Web Server บนอุปกรณ์ประมวลผล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12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การสร้าง UI Dashboard เพื่อแสดงผลผ่าน Web Browser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13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การสร้างฐานข้อมูลเพื่อการสื่อสารผ่าน IoT Gateway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14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การส่งข้อมูลผ่าน Internet เพื่อแสดงผลภายนอกเครือข่าย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15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การแสดงผลข้อมูลบนแพลตฟอร์ม IoT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/>
                <w:color w:val="000000"/>
                <w:sz w:val="17"/>
              </w:rPr>
              <w:t>16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  <w:t>การประยุกต์ระบบบ้านและอาคารอัจฉริยะกับ EV P2P V2G และ Demand Response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0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Tahoma" w:hAnsi="Tahoma" w:eastAsia="Tahoma"/>
                <w:b w:val="0"/>
                <w:color w:val="000000"/>
                <w:sz w:val="16"/>
              </w:rPr>
            </w:r>
          </w:p>
        </w:tc>
      </w:tr>
    </w:tbl>
    <w:p>
      <w:pPr>
        <w:spacing w:before="240"/>
      </w:pPr>
      <w:r>
        <w:rPr>
          <w:rFonts w:ascii="Tahoma" w:hAnsi="Tahoma" w:eastAsia="Tahoma"/>
          <w:b w:val="0"/>
          <w:color w:val="000000"/>
          <w:sz w:val="20"/>
        </w:rPr>
        <w:t>ผู้รับผิดชอบการส่งมอบ: _______________________________   วันที่: ____________________</w:t>
      </w:r>
    </w:p>
    <w:p>
      <w:r>
        <w:rPr>
          <w:rFonts w:ascii="Tahoma" w:hAnsi="Tahoma" w:eastAsia="Tahoma"/>
          <w:b w:val="0"/>
          <w:color w:val="000000"/>
          <w:sz w:val="20"/>
        </w:rPr>
        <w:t>ผู้ตรวจรับ: ___________________________________________   ผล: □ ผ่าน  □ แก้ไข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homa" w:hAnsi="Tahoma" w:eastAsia="Tahom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homa" w:hAnsi="Tahoma" w:eastAsia="Tahoma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homa" w:hAnsi="Tahoma" w:eastAsia="Tahom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homa" w:hAnsi="Tahoma" w:eastAsia="Tahom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